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Correct Answers with Explanations – Weather Forecast Quiz</w:t>
      </w:r>
    </w:p>
    <w:p>
      <w:pPr>
        <w:pStyle w:val="Heading2"/>
      </w:pPr>
      <w:r>
        <w:t>1. Why did the boy get wet in the story?</w:t>
      </w:r>
    </w:p>
    <w:p>
      <w:r>
        <w:t>✔ Correct Answer: He didn’t check the weather forecast</w:t>
      </w:r>
    </w:p>
    <w:p>
      <w:pPr>
        <w:pStyle w:val="IntenseQuote"/>
      </w:pPr>
      <w:r>
        <w:t>📌 Explanation: The text says: 'That’s what happens when you don’t check the weather forecast!'</w:t>
      </w:r>
    </w:p>
    <w:p>
      <w:pPr>
        <w:pStyle w:val="Heading2"/>
      </w:pPr>
      <w:r>
        <w:t>2. What can teens do if they know the weather forecast?</w:t>
      </w:r>
    </w:p>
    <w:p>
      <w:r>
        <w:t>✔ Correct Answer: Plan their clothes and activities better</w:t>
      </w:r>
    </w:p>
    <w:p>
      <w:pPr>
        <w:pStyle w:val="IntenseQuote"/>
      </w:pPr>
      <w:r>
        <w:t>📌 Explanation: The text explains how the forecast helps plan your day and what to wear.</w:t>
      </w:r>
    </w:p>
    <w:p>
      <w:pPr>
        <w:pStyle w:val="Heading2"/>
      </w:pPr>
      <w:r>
        <w:t>3. How can weather affect teens’ emotions?</w:t>
      </w:r>
    </w:p>
    <w:p>
      <w:r>
        <w:t>✔ Correct Answer: It can change their mood and energy</w:t>
      </w:r>
    </w:p>
    <w:p>
      <w:pPr>
        <w:pStyle w:val="IntenseQuote"/>
      </w:pPr>
      <w:r>
        <w:t>📌 Explanation: The text states that the weather affects our mood and energy.</w:t>
      </w:r>
    </w:p>
    <w:p>
      <w:pPr>
        <w:pStyle w:val="Heading2"/>
      </w:pPr>
      <w:r>
        <w:t>4. What kind of day makes teens feel more cheerful?</w:t>
      </w:r>
    </w:p>
    <w:p>
      <w:r>
        <w:t>✔ Correct Answer: A sunny day</w:t>
      </w:r>
    </w:p>
    <w:p>
      <w:pPr>
        <w:pStyle w:val="IntenseQuote"/>
      </w:pPr>
      <w:r>
        <w:t>📌 Explanation: The text says: 'A sunny morning makes you want to go outside.'</w:t>
      </w:r>
    </w:p>
    <w:p>
      <w:pPr>
        <w:pStyle w:val="Heading2"/>
      </w:pPr>
      <w:r>
        <w:t>5. What is the weather forecast called in the conclusion?</w:t>
      </w:r>
    </w:p>
    <w:p>
      <w:r>
        <w:t>✔ Correct Answer: A secret life-hack</w:t>
      </w:r>
    </w:p>
    <w:p>
      <w:pPr>
        <w:pStyle w:val="IntenseQuote"/>
      </w:pPr>
      <w:r>
        <w:t>📌 Explanation: In the last line: 'The forecast is your secret life-hack.'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